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500" w:lineRule="exact" w:after="140"/>
      </w:pPr>
      <w:r>
        <w:rPr>
          <w:sz w:val="40"/>
        </w:rPr>
        <w:t>Протокол сессии психолога</w:t>
      </w:r>
    </w:p>
    <w:p>
      <w:pPr>
        <w:spacing w:line="260" w:lineRule="exact" w:after="160"/>
      </w:pPr>
      <w:r>
        <w:rPr>
          <w:color w:val="267466"/>
          <w:sz w:val="20"/>
        </w:rPr>
        <w:t>КПТ</w:t>
      </w:r>
    </w:p>
    <w:p>
      <w:pPr>
        <w:spacing w:line="260" w:lineRule="exact" w:after="140"/>
      </w:pPr>
      <w:r>
        <w:rPr>
          <w:sz w:val="19"/>
        </w:rPr>
        <w:t>Рабочая форма 4psy.online. Заполняйте только нужное; используйте код клиента. Факты и слова клиента отделяйте от своих гипотез.</w:t>
      </w:r>
    </w:p>
    <w:p>
      <w:pPr>
        <w:spacing w:line="240" w:lineRule="exact" w:after="80"/>
      </w:pPr>
      <w:r>
        <w:rPr>
          <w:color w:val="626C68"/>
          <w:sz w:val="18"/>
        </w:rPr>
        <w:t>Для 4psy.online этот бланк необязателен: после встречи расскажите о ней своими словами.</w:t>
      </w:r>
    </w:p>
    <w:p>
      <w:pPr>
        <w:pStyle w:val="Heading2"/>
        <w:spacing w:line="280" w:lineRule="exact" w:after="60" w:before="160"/>
      </w:pPr>
      <w:r>
        <w:rPr>
          <w:sz w:val="22"/>
        </w:rPr>
        <w:t>01  Дата и код клиента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Дата сессии, номер встречи и код клиента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02  Состояние и согласованная повестка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сообщил клиент, что выбрали для этой встречи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03  Ситуация и автоматическая мысль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Конкретный эпизод и формулировка клиента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04  Эмоции и действия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Переживания, поведение, последствия; оценки только если получены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1"/>
        <w:pageBreakBefore/>
        <w:spacing w:line="420" w:lineRule="exact" w:after="80"/>
      </w:pPr>
      <w:r>
        <w:rPr>
          <w:sz w:val="32"/>
        </w:rPr>
        <w:t>Продолжение записи</w:t>
      </w:r>
    </w:p>
    <w:p>
      <w:pPr>
        <w:spacing w:line="260" w:lineRule="exact" w:after="160"/>
      </w:pPr>
      <w:r>
        <w:rPr>
          <w:color w:val="267466"/>
          <w:sz w:val="20"/>
        </w:rPr>
        <w:t>КПТ</w:t>
      </w:r>
    </w:p>
    <w:p>
      <w:pPr>
        <w:pStyle w:val="Heading2"/>
        <w:spacing w:line="280" w:lineRule="exact" w:after="60" w:before="160"/>
      </w:pPr>
      <w:r>
        <w:rPr>
          <w:sz w:val="22"/>
        </w:rPr>
        <w:t>05  Работа на сессии и отклик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Вопросы или интервенции, цель и ответ клиента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06  Концептуализация и её проверка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Поддерживающий цикл, основания, исключения и неизвестное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07  План между встречами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Согласованный шаг, возможные препятствия и способ проверки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08  Обратная связь и продолжение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отметил клиент и к чему вернуться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spacing w:line="200" w:lineRule="exact" w:after="60" w:before="180"/>
      </w:pPr>
      <w:r>
        <w:rPr>
          <w:color w:val="626C68"/>
          <w:sz w:val="16"/>
        </w:rPr>
        <w:t>Профессиональные ориентиры: Beck Institute Cares; Этический кодекс РПО; HCPC ведение записей. Форма составлена редакцией 4psy.online.</w:t>
      </w:r>
    </w:p>
    <w:p>
      <w:pPr>
        <w:spacing w:line="220" w:lineRule="exact" w:after="0"/>
      </w:pPr>
      <w:r>
        <w:rPr>
          <w:color w:val="626C68"/>
          <w:sz w:val="16"/>
        </w:rPr>
        <w:t>Инструкция и ссылки на источники: https://4psy.online/templates#cbt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936" w:left="1080" w:header="403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C68"/>
        <w:sz w:val="16"/>
      </w:rPr>
      <w:t>Сделано с любовью и заботой · 4psy.online — Помощник психолога</w:t>
    </w:r>
  </w:p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80" w:val="right"/>
      </w:tabs>
    </w:pPr>
    <w:r>
      <w:rPr>
        <w:b/>
        <w:color w:val="267466"/>
        <w:sz w:val="24"/>
      </w:rPr>
      <w:t>4psy.online</w:t>
    </w:r>
    <w:r>
      <w:rPr>
        <w:color w:val="626C68"/>
        <w:sz w:val="18"/>
      </w:rPr>
      <w:tab/>
      <w:t>Помощник психолога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0" w:lineRule="exact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20" w:lineRule="exact"/>
      <w:outlineLvl w:val="0"/>
    </w:pPr>
    <w:rPr>
      <w:rFonts w:ascii="DejaVu Serif" w:hAnsi="DejaVu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00" w:lineRule="exact" w:before="0"/>
      <w:contextualSpacing/>
    </w:pPr>
    <w:rPr>
      <w:rFonts w:ascii="DejaVu Serif" w:hAnsi="DejaVu Serif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сессии психолога КПТ</dc:title>
  <dc:subject>Рабочий шаблон для психолога</dc:subject>
  <dc:creator>Редакция 4psy.online</dc:creator>
  <cp:keywords/>
  <dc:description>generated by python-docx</dc:description>
  <cp:lastModifiedBy/>
  <cp:revision>1</cp:revision>
  <dcterms:created xsi:type="dcterms:W3CDTF">2026-10-11T00:00:00Z</dcterms:created>
  <dcterms:modified xsi:type="dcterms:W3CDTF">2026-10-11T00:00:00Z</dcterms:modified>
  <cp:category/>
</cp:coreProperties>
</file>