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Случай для супервизии</w:t>
      </w:r>
    </w:p>
    <w:p>
      <w:pPr>
        <w:spacing w:line="260" w:lineRule="exact" w:after="160"/>
      </w:pPr>
      <w:r>
        <w:rPr>
          <w:color w:val="267466"/>
          <w:sz w:val="20"/>
        </w:rPr>
        <w:t>Психоанализ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Контекст и аналитическая рамка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Код клиента, запрос, число встреч и существенные условия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Повторяющийся материал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Темы и ассоциации, аффекты, фрагменты нескольких встреч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Эпизод отношений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сказал клиент, что сделал психолог, как развивался диалог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Моё затруднение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не удаётся понять и как это влияет на работу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7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1"/>
        <w:pageBreakBefore/>
        <w:spacing w:line="420" w:lineRule="exact" w:after="80"/>
      </w:pPr>
      <w:r>
        <w:rPr>
          <w:sz w:val="32"/>
        </w:rPr>
        <w:t>Продолжение записи</w:t>
      </w:r>
    </w:p>
    <w:p>
      <w:pPr>
        <w:spacing w:line="260" w:lineRule="exact" w:after="160"/>
      </w:pPr>
      <w:r>
        <w:rPr>
          <w:color w:val="267466"/>
          <w:sz w:val="20"/>
        </w:rPr>
        <w:t>Психоанализ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Перенос и моя реакция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Предположения о переносе и контрпереносе с опорой на эпизоды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06  Интервенции и отклик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предложил или интерпретировал и что последовало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07  Конфликт защита и альтернативы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Рабочие гипотезы, противоречащие данные и неизвестное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08  Вопрос супервизору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хочу прояснить о процессе, рамке или собственном участии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53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IPA About Psychoanalysis; Этический кодекс РПО; APA супервизия 2025.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https://4psy.online/templates#psychoanalysis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Случай для супервизии Психоанализ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